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斯坦福大学 2026年人工智能指数报告</w:t>
      </w:r>
    </w:p>
    <w:p>
      <w:r>
        <w:t>Stanford Artificial Intelligence Index Report 2026</w:t>
      </w:r>
    </w:p>
    <w:p>
      <w:r>
        <w:t>报告发布时间：2026年4月13日  |  报告页数：423页</w:t>
      </w:r>
    </w:p>
    <w:p/>
    <w:p>
      <w:pPr>
        <w:pStyle w:val="Heading1"/>
      </w:pPr>
      <w:r>
        <w:t>目录</w:t>
      </w:r>
    </w:p>
    <w:p>
      <w:pPr>
        <w:pStyle w:val="ListNumber"/>
      </w:pPr>
      <w:r>
        <w:t>导言与核心要点</w:t>
      </w:r>
    </w:p>
    <w:p>
      <w:pPr>
        <w:pStyle w:val="ListNumber"/>
      </w:pPr>
      <w:r>
        <w:t>第一章：研究与开发</w:t>
      </w:r>
    </w:p>
    <w:p>
      <w:pPr>
        <w:pStyle w:val="ListNumber"/>
      </w:pPr>
      <w:r>
        <w:t>第二章：技术性能</w:t>
      </w:r>
    </w:p>
    <w:p>
      <w:pPr>
        <w:pStyle w:val="ListNumber"/>
      </w:pPr>
      <w:r>
        <w:t>第三章：负责任AI</w:t>
      </w:r>
    </w:p>
    <w:p>
      <w:pPr>
        <w:pStyle w:val="ListNumber"/>
      </w:pPr>
      <w:r>
        <w:t>第四章：经济</w:t>
      </w:r>
    </w:p>
    <w:p>
      <w:pPr>
        <w:pStyle w:val="ListNumber"/>
      </w:pPr>
      <w:r>
        <w:t>第五章：科学</w:t>
      </w:r>
    </w:p>
    <w:p>
      <w:pPr>
        <w:pStyle w:val="ListNumber"/>
      </w:pPr>
      <w:r>
        <w:t>第六章：医学</w:t>
      </w:r>
    </w:p>
    <w:p>
      <w:pPr>
        <w:pStyle w:val="ListNumber"/>
      </w:pPr>
      <w:r>
        <w:t>第七章：教育</w:t>
      </w:r>
    </w:p>
    <w:p>
      <w:pPr>
        <w:pStyle w:val="ListNumber"/>
      </w:pPr>
      <w:r>
        <w:t>第八章：政策与治理</w:t>
      </w:r>
    </w:p>
    <w:p>
      <w:pPr>
        <w:pStyle w:val="ListNumber"/>
      </w:pPr>
      <w:r>
        <w:t>第九章：公众舆论</w:t>
      </w:r>
    </w:p>
    <w:p>
      <w:pPr>
        <w:pStyle w:val="ListNumber"/>
      </w:pPr>
      <w:r>
        <w:t>附录</w:t>
      </w:r>
    </w:p>
    <w:p>
      <w:r>
        <w:br w:type="page"/>
      </w:r>
    </w:p>
    <w:p>
      <w:pPr>
        <w:pStyle w:val="Heading1"/>
      </w:pPr>
      <w:r>
        <w:t>核心要点</w:t>
      </w:r>
    </w:p>
    <w:p>
      <w:pPr>
        <w:pStyle w:val="Heading2"/>
      </w:pPr>
      <w:r>
        <w:t>1. AI能力持续加速</w:t>
      </w:r>
    </w:p>
    <w:p>
      <w:r>
        <w:t>行业贡献了超过90%的前沿模型，多个模型在博士级科学问题、多模态推理和竞赛数学上达到或超过人类基准。SWE-bench Verified上一年内从60%涨到接近100%。</w:t>
      </w:r>
    </w:p>
    <w:p>
      <w:pPr>
        <w:pStyle w:val="Heading2"/>
      </w:pPr>
      <w:r>
        <w:t>2. 中美AI模型差距基本消失</w:t>
      </w:r>
    </w:p>
    <w:p>
      <w:r>
        <w:t>2025年2月，DeepSeek-R1一度追平美国最强模型。截至2026年3月，Anthropic最强模型（Claude Opus 4.6）仅领先字节的Dola-Seed-2.0 Preview 2.7%。</w:t>
      </w:r>
    </w:p>
    <w:p>
      <w:pPr>
        <w:pStyle w:val="Heading2"/>
      </w:pPr>
      <w:r>
        <w:t>3. 美国拥有最多AI数据中心</w:t>
      </w:r>
    </w:p>
    <w:p>
      <w:r>
        <w:t>美国有5427个数据中心，是第二名的10倍以上。台积电制造了几乎所有领先AI芯片，全球AI硬件供应链依赖台湾。</w:t>
      </w:r>
    </w:p>
    <w:p>
      <w:pPr>
        <w:pStyle w:val="Heading2"/>
      </w:pPr>
      <w:r>
        <w:t>4. AI能拿IMO金牌但看不准时钟</w:t>
      </w:r>
    </w:p>
    <w:p>
      <w:r>
        <w:t>这被称为"锯齿边界"现象。Gemini Deep Think在国际数学奥赛拿了金牌(35分)，但最强模型看模拟时钟的准确率只有50.1%。</w:t>
      </w:r>
    </w:p>
    <w:p>
      <w:pPr>
        <w:pStyle w:val="Heading2"/>
      </w:pPr>
      <w:r>
        <w:t>5. 生成式AI快速普及</w:t>
      </w:r>
    </w:p>
    <w:p>
      <w:r>
        <w:t>三年内渗透率达53%，快于PC和互联网。企业AI采用率达88%，超80%大学生使用生成式AI。</w:t>
      </w:r>
    </w:p>
    <w:p>
      <w:pPr>
        <w:pStyle w:val="Heading2"/>
      </w:pPr>
      <w:r>
        <w:t>6. 负责任AI跟不上能力进步</w:t>
      </w:r>
    </w:p>
    <w:p>
      <w:r>
        <w:t>安全基准滞后，AI事件急剧增加：2024年233起→2025年362起。改善一个维度可能恶化另一个。</w:t>
      </w:r>
    </w:p>
    <w:p>
      <w:r>
        <w:br w:type="page"/>
      </w:r>
    </w:p>
    <w:p>
      <w:pPr>
        <w:pStyle w:val="Heading1"/>
      </w:pPr>
      <w:r>
        <w:t>第一章：研究与开发</w:t>
      </w:r>
    </w:p>
    <w:p>
      <w:r>
        <w:t>本章涵盖了AI领域的研究趋势、模型发布、论文发表和专利情况。</w:t>
      </w:r>
    </w:p>
    <w:p>
      <w:r>
        <w:t>• 2025年，行业产生了超过90%的顶尖AI模型，OpenAI、谷歌、阿里巴巴为主要贡献者，学术机构仅占1%</w:t>
      </w:r>
    </w:p>
    <w:p>
      <w:r>
        <w:t>• 模型透明度下降：95个代表性模型中80个没有公开训练代码</w:t>
      </w:r>
    </w:p>
    <w:p>
      <w:r>
        <w:t>• 中国在AI论文发表数量、引用次数、专利产出上位居全球第一</w:t>
      </w:r>
    </w:p>
    <w:p>
      <w:r>
        <w:t>• 美国在前沿模型数量和高影响力专利上仍领先</w:t>
      </w:r>
    </w:p>
    <w:p>
      <w:r>
        <w:t>• 韩国在人均AI专利数上全球领先</w:t>
      </w:r>
    </w:p>
    <w:p>
      <w:pPr>
        <w:pStyle w:val="Heading1"/>
      </w:pPr>
      <w:r>
        <w:t>第二章：技术性能</w:t>
      </w:r>
    </w:p>
    <w:p>
      <w:r>
        <w:t>本章追踪了AI模型在各类基准测试中的表现。</w:t>
      </w:r>
    </w:p>
    <w:p>
      <w:r>
        <w:t>• AI性能爆发式增长：MMMU基准一年内提高18.8个百分点，GPQA提高48.9个百分点，SWE-bench提高67.3个百分点</w:t>
      </w:r>
    </w:p>
    <w:p>
      <w:r>
        <w:t>• AI Agent从问答向任务执行跨越：OSWorld准确率从12%升至66.3%，距人类表现仅差6个百分点</w:t>
      </w:r>
    </w:p>
    <w:p>
      <w:r>
        <w:t>• 机器人家庭任务成功率仅12%，尽管在受控环境中可达89.4%</w:t>
      </w:r>
    </w:p>
    <w:p>
      <w:r>
        <w:t>• Gemini Deep Think在国际数学奥赛获金牌，但模型在基本视觉任务（如读时钟）上表现不佳</w:t>
      </w:r>
    </w:p>
    <w:p>
      <w:pPr>
        <w:pStyle w:val="Heading1"/>
      </w:pPr>
      <w:r>
        <w:t>第三章：负责任AI</w:t>
      </w:r>
    </w:p>
    <w:p>
      <w:r>
        <w:t>本章探讨了AI系统的公平性、透明度和安全性问题。</w:t>
      </w:r>
    </w:p>
    <w:p>
      <w:r>
        <w:t>• AI事件数量急剧上升：2025年达362起（同比+55%），自2013年以来增长近30倍</w:t>
      </w:r>
    </w:p>
    <w:p>
      <w:r>
        <w:t>• 模型偏见问题依然严重：GPT-4、Claude 3 Sonnet继续表现出隐性偏见</w:t>
      </w:r>
    </w:p>
    <w:p>
      <w:r>
        <w:t>• 非英语环境表现明显较差：阿拉伯语、斯洛文尼亚语等方言测试准确率大幅下降</w:t>
      </w:r>
    </w:p>
    <w:p>
      <w:r>
        <w:t>• 前沿开发商普遍不发布负责任AI报告，AI透明度下降</w:t>
      </w:r>
    </w:p>
    <w:p>
      <w:pPr>
        <w:pStyle w:val="Heading1"/>
      </w:pPr>
      <w:r>
        <w:t>第四章：经济</w:t>
      </w:r>
    </w:p>
    <w:p>
      <w:r>
        <w:t>本章分析了AI对全球经济的影响。</w:t>
      </w:r>
    </w:p>
    <w:p>
      <w:r>
        <w:t>• 2025年全球AI总投资达5816.9亿美元（同比增长翻倍），美国占据近一半</w:t>
      </w:r>
    </w:p>
    <w:p>
      <w:r>
        <w:t>• 生成式AI投资同比增长200%，吸引全球339亿美元私人投资</w:t>
      </w:r>
    </w:p>
    <w:p>
      <w:r>
        <w:t>• AI生产力提升显著：客户服务效率提升14%-15%，软件开发提升26%，营销产出提升50%</w:t>
      </w:r>
    </w:p>
    <w:p>
      <w:r>
        <w:t>• 生成式AI三年内渗透率达53%：新加坡(61%)、阿联酋(54%)高于平均，美国仅28.3%排名第24</w:t>
      </w:r>
    </w:p>
    <w:p>
      <w:r>
        <w:t>• 78%的组织在2024年使用AI（2023年为55%）</w:t>
      </w:r>
    </w:p>
    <w:p>
      <w:pPr>
        <w:pStyle w:val="Heading1"/>
      </w:pPr>
      <w:r>
        <w:t>第五章：科学</w:t>
      </w:r>
    </w:p>
    <w:p>
      <w:r>
        <w:t>本章是2026年新增章节，探讨AI在科学领域的应用。</w:t>
      </w:r>
    </w:p>
    <w:p>
      <w:r>
        <w:t>• AI相关科学出版物持续增长</w:t>
      </w:r>
    </w:p>
    <w:p>
      <w:r>
        <w:t>• 小模型表现优于大模型：在分子生物学任务中，MSAPairformer（1.11亿参数）表现超过更大模型</w:t>
      </w:r>
    </w:p>
    <w:p>
      <w:r>
        <w:t>• AI正在加速科学发现，在生物学、化学、物理学等领域取得突破</w:t>
      </w:r>
    </w:p>
    <w:p>
      <w:pPr>
        <w:pStyle w:val="Heading1"/>
      </w:pPr>
      <w:r>
        <w:t>第六章：医学</w:t>
      </w:r>
    </w:p>
    <w:p>
      <w:r>
        <w:t>• AI医疗设备获批数量激增：2023年FDA批准223款AI医疗设备，2015年仅有6款</w:t>
      </w:r>
    </w:p>
    <w:p>
      <w:r>
        <w:t>• 自动驾驶走向日常：Waymo每周提供超15万次自动驾驶服务</w:t>
      </w:r>
    </w:p>
    <w:p>
      <w:r>
        <w:t>• 百度Apollo Go无人驾驶出租车队已在中国多个城市运营</w:t>
      </w:r>
    </w:p>
    <w:p>
      <w:pPr>
        <w:pStyle w:val="Heading1"/>
      </w:pPr>
      <w:r>
        <w:t>第七章：教育</w:t>
      </w:r>
    </w:p>
    <w:p>
      <w:r>
        <w:t>• 五分之四的美国高中生和大学生使用AI完成作业</w:t>
      </w:r>
    </w:p>
    <w:p>
      <w:r>
        <w:t>• 仅一半初高中有AI使用政策，仅6%教师认为现有政策充分</w:t>
      </w:r>
    </w:p>
    <w:p>
      <w:r>
        <w:t>• 全球AI学位项目激增：自2017年以来，英语AI高等教育项目增加两倍</w:t>
      </w:r>
    </w:p>
    <w:p>
      <w:r>
        <w:t>• 美国在各级ICT学位上仍领先，但土耳其、巴西、墨西哥近年增长更快</w:t>
      </w:r>
    </w:p>
    <w:p>
      <w:pPr>
        <w:pStyle w:val="Heading1"/>
      </w:pPr>
      <w:r>
        <w:t>第八章：政策与治理</w:t>
      </w:r>
    </w:p>
    <w:p>
      <w:r>
        <w:t>• 美国国会AI相关听证增长20倍：从2017年5次增至2025年102次</w:t>
      </w:r>
    </w:p>
    <w:p>
      <w:r>
        <w:t>• 行业在听证中占比从13%升至37%，学术界占比降至15%</w:t>
      </w:r>
    </w:p>
    <w:p>
      <w:r>
        <w:t>• 美国AI公共投资（2013-2024）约204亿美元，私人投资达2859亿美元</w:t>
      </w:r>
    </w:p>
    <w:p>
      <w:pPr>
        <w:pStyle w:val="Heading1"/>
      </w:pPr>
      <w:r>
        <w:t>第九章：公众舆论</w:t>
      </w:r>
    </w:p>
    <w:p>
      <w:r>
        <w:t>本章基于全球调查数据，分析公众对AI的态度。</w:t>
      </w:r>
    </w:p>
    <w:p>
      <w:r>
        <w:t>• 全球范围内，对AI持乐观态度的受访者比例上升</w:t>
      </w:r>
    </w:p>
    <w:p>
      <w:r>
        <w:t>• 但对AI的担忧和焦虑也在同步增加</w:t>
      </w:r>
    </w:p>
    <w:p>
      <w:pPr>
        <w:pStyle w:val="Heading1"/>
      </w:pPr>
      <w:r>
        <w:t>关键数据汇总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指标</w:t>
            </w:r>
          </w:p>
        </w:tc>
        <w:tc>
          <w:tcPr>
            <w:tcW w:type="dxa" w:w="4320"/>
          </w:tcPr>
          <w:p>
            <w:r>
              <w:t>数据</w:t>
            </w:r>
          </w:p>
        </w:tc>
      </w:tr>
      <w:tr>
        <w:tc>
          <w:tcPr>
            <w:tcW w:type="dxa" w:w="4320"/>
          </w:tcPr>
          <w:p>
            <w:r>
              <w:t>全球AI总投资（2025年）</w:t>
            </w:r>
          </w:p>
        </w:tc>
        <w:tc>
          <w:tcPr>
            <w:tcW w:type="dxa" w:w="4320"/>
          </w:tcPr>
          <w:p>
            <w:r>
              <w:t>5816.9亿美元</w:t>
            </w:r>
          </w:p>
        </w:tc>
      </w:tr>
      <w:tr>
        <w:tc>
          <w:tcPr>
            <w:tcW w:type="dxa" w:w="4320"/>
          </w:tcPr>
          <w:p>
            <w:r>
              <w:t>生成式AI渗透率</w:t>
            </w:r>
          </w:p>
        </w:tc>
        <w:tc>
          <w:tcPr>
            <w:tcW w:type="dxa" w:w="4320"/>
          </w:tcPr>
          <w:p>
            <w:r>
              <w:t>53%（三年内）</w:t>
            </w:r>
          </w:p>
        </w:tc>
      </w:tr>
      <w:tr>
        <w:tc>
          <w:tcPr>
            <w:tcW w:type="dxa" w:w="4320"/>
          </w:tcPr>
          <w:p>
            <w:r>
              <w:t>企业AI采用率（2025年）</w:t>
            </w:r>
          </w:p>
        </w:tc>
        <w:tc>
          <w:tcPr>
            <w:tcW w:type="dxa" w:w="4320"/>
          </w:tcPr>
          <w:p>
            <w:r>
              <w:t>88%</w:t>
            </w:r>
          </w:p>
        </w:tc>
      </w:tr>
      <w:tr>
        <w:tc>
          <w:tcPr>
            <w:tcW w:type="dxa" w:w="4320"/>
          </w:tcPr>
          <w:p>
            <w:r>
              <w:t>美国数据中心数量</w:t>
            </w:r>
          </w:p>
        </w:tc>
        <w:tc>
          <w:tcPr>
            <w:tcW w:type="dxa" w:w="4320"/>
          </w:tcPr>
          <w:p>
            <w:r>
              <w:t>5427个</w:t>
            </w:r>
          </w:p>
        </w:tc>
      </w:tr>
      <w:tr>
        <w:tc>
          <w:tcPr>
            <w:tcW w:type="dxa" w:w="4320"/>
          </w:tcPr>
          <w:p>
            <w:r>
              <w:t>AI事件数量（2025年）</w:t>
            </w:r>
          </w:p>
        </w:tc>
        <w:tc>
          <w:tcPr>
            <w:tcW w:type="dxa" w:w="4320"/>
          </w:tcPr>
          <w:p>
            <w:r>
              <w:t>362起</w:t>
            </w:r>
          </w:p>
        </w:tc>
      </w:tr>
      <w:tr>
        <w:tc>
          <w:tcPr>
            <w:tcW w:type="dxa" w:w="4320"/>
          </w:tcPr>
          <w:p>
            <w:r>
              <w:t>中美模型差距</w:t>
            </w:r>
          </w:p>
        </w:tc>
        <w:tc>
          <w:tcPr>
            <w:tcW w:type="dxa" w:w="4320"/>
          </w:tcPr>
          <w:p>
            <w:r>
              <w:t>2.7%</w:t>
            </w:r>
          </w:p>
        </w:tc>
      </w:tr>
      <w:tr>
        <w:tc>
          <w:tcPr>
            <w:tcW w:type="dxa" w:w="4320"/>
          </w:tcPr>
          <w:p>
            <w:r>
              <w:t>工业机器人中国占比</w:t>
            </w:r>
          </w:p>
        </w:tc>
        <w:tc>
          <w:tcPr>
            <w:tcW w:type="dxa" w:w="4320"/>
          </w:tcPr>
          <w:p>
            <w:r>
              <w:t>54%</w:t>
            </w:r>
          </w:p>
        </w:tc>
      </w:tr>
    </w:tbl>
    <w:p/>
    <w:p>
      <w:r>
        <w:t>报告来源：Stanford HAI (Human-Centered Artificial Intelligence)</w:t>
      </w:r>
    </w:p>
    <w:p>
      <w:r>
        <w:t>官方网站：https://hai.stanford.edu/ai-index/2026-ai-index-report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