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Supplement No. 1 to Part 740 — Country Groups A:5 &amp; A:6</w:t>
      </w:r>
    </w:p>
    <w:p>
      <w:pPr>
        <w:jc w:val="center"/>
      </w:pPr>
      <w:r>
        <w:rPr>
          <w:i/>
          <w:sz w:val="20"/>
        </w:rPr>
        <w:t>Source: bis.gov/regulations/ear/740  (BIS 官方版 / 2026-09-02 抓取)</w:t>
      </w:r>
    </w:p>
    <w:p>
      <w:r>
        <w:t>本表列出 A 组（含 A:1–A:6）全部国家。Country Group A:5 与 A:6 是 EAR 多处豁免（如 License Exception STA、ENC、GOV 等）所引用的国家清单；'X' 表示该国列入对应子组。</w:t>
      </w:r>
    </w:p>
    <w:p/>
    <w:p>
      <w:pPr>
        <w:pStyle w:val="Heading1"/>
      </w:pPr>
      <w:r>
        <w:t>Country Group A:5 — 38 countries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060"/>
        <w:gridCol w:w="3060"/>
        <w:gridCol w:w="3060"/>
        <w:gridCol w:w="3060"/>
      </w:tblGrid>
      <w:tr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1. Argentina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2. Australia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3. Austria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4. Belgium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5. Bulgaria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6. Canada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7. Croatia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8. Czech Republic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9. Denmark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10. Estonia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11. Finland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12. France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13. Germany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14. Greece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15. Hungary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16. Iceland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17. India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18. Ireland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19. Italy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20. Japan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21. Korea, South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22. Latvia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23. Lithuania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24. Luxembourg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25. Netherlands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26. New Zealand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27. Norway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28. Poland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29. Portugal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30. Romania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31. Slovakia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32. Slovenia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33. Spain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34. Sweden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35. Switzerland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36. Türkiye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37. United Arab Emirates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20"/>
              </w:rPr>
              <w:t>38. United Kingdom</w:t>
            </w:r>
          </w:p>
        </w:tc>
        <w:tc>
          <w:tcPr>
            <w:tcW w:type="dxa" w:w="3060"/>
          </w:tcPr>
          <w:p>
            <w:r/>
          </w:p>
        </w:tc>
        <w:tc>
          <w:tcPr>
            <w:tcW w:type="dxa" w:w="3060"/>
          </w:tcPr>
          <w:p>
            <w:r/>
          </w:p>
        </w:tc>
      </w:tr>
    </w:tbl>
    <w:p/>
    <w:p>
      <w:pPr>
        <w:pStyle w:val="Heading1"/>
      </w:pPr>
      <w:r>
        <w:t>Country Group A:6 — 8 countries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060"/>
        <w:gridCol w:w="3060"/>
        <w:gridCol w:w="3060"/>
        <w:gridCol w:w="3060"/>
      </w:tblGrid>
      <w:tr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1. Albania</w:t>
            </w:r>
          </w:p>
        </w:tc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2. Cyprus</w:t>
            </w:r>
          </w:p>
        </w:tc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3. Israel</w:t>
            </w:r>
          </w:p>
        </w:tc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4. Malta</w:t>
            </w:r>
          </w:p>
        </w:tc>
      </w:tr>
      <w:tr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5. Mexico</w:t>
            </w:r>
          </w:p>
        </w:tc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6. Singapore</w:t>
            </w:r>
          </w:p>
        </w:tc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7. South Africa</w:t>
            </w:r>
          </w:p>
        </w:tc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8. Taiwan</w:t>
            </w:r>
          </w:p>
        </w:tc>
      </w:tr>
    </w:tbl>
    <w:p/>
    <w:p>
      <w:r>
        <w:rPr>
          <w:i/>
          <w:sz w:val="18"/>
        </w:rPr>
        <w:t>Footnotes (BIS 官方):</w:t>
        <w:br/>
        <w:t>1. Country Group A:1 = Wassenaar Arrangement Participating States, except Malta, Russia and Ukraine.</w:t>
        <w:br/>
        <w:t>2. Country Group A:2 = Missile Technology Control Regime countries, except Russia.</w:t>
        <w:br/>
        <w:t>3. Country Group A:4 = Nuclear Suppliers Group, except PRC, Russia, and Belarus.</w:t>
        <w:br/>
        <w:t>4. Ukraine footnote applies to Crimea region of Ukraine (per § 746.6(c) of EAR).</w:t>
        <w:br/>
        <w:t>5. UAE footnote: License Exception STA only available to approved entities in the UAE (see supplement no. 8 to part 740).</w:t>
      </w:r>
    </w:p>
    <w:p/>
    <w:p>
      <w:pPr>
        <w:pStyle w:val="Heading1"/>
      </w:pPr>
      <w:r>
        <w:t>统计 (Statistics)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6120"/>
        <w:gridCol w:w="6120"/>
      </w:tblGrid>
      <w:tr>
        <w:tc>
          <w:tcPr>
            <w:tcW w:type="dxa" w:w="6120"/>
          </w:tcPr>
          <w:p>
            <w:r>
              <w:rPr>
                <w:b/>
              </w:rPr>
              <w:t>项目</w:t>
            </w:r>
          </w:p>
        </w:tc>
        <w:tc>
          <w:tcPr>
            <w:tcW w:type="dxa" w:w="6120"/>
          </w:tcPr>
          <w:p>
            <w:r>
              <w:rPr>
                <w:b/>
              </w:rPr>
              <w:t>数量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Country Group A 总国家数 (A:1–A:6 任一)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51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在 A:5 子组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38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在 A:6 子组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只在 A:1–A:4（不在 A:5 也不在 A:6）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5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只在 A:6（不在 A:5，也不在 A:1–A:4）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4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Country Group B 总国家数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173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只在 B（不在 A 也不在 D）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105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B ∩ D 同时在 B 组与 D 组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20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Country Group D 总国家数 (D:1–D:5 任一)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47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在 D:5 子组（美国武器禁运）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22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只在 D:1–D:4（不在 D:5）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25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A ∩ D 同时在 A 组与 D 组</w:t>
            </w:r>
          </w:p>
        </w:tc>
        <w:tc>
          <w:tcPr>
            <w:tcW w:type="dxa" w:w="6120"/>
          </w:tcPr>
          <w:p>
            <w:pPr>
              <w:jc w:val="center"/>
            </w:pPr>
            <w:r>
              <w:rPr>
                <w:b/>
                <w:sz w:val="20"/>
              </w:rPr>
              <w:t>3</w:t>
            </w:r>
          </w:p>
        </w:tc>
      </w:tr>
    </w:tbl>
    <w:p/>
    <w:p>
      <w:pPr>
        <w:pStyle w:val="Heading1"/>
      </w:pPr>
      <w:r>
        <w:t>只在 A:1–A:4 的国家（不在 A:5，也不在 A:6）— 5 国</w:t>
      </w:r>
    </w:p>
    <w:p>
      <w:r>
        <w:rPr>
          <w:sz w:val="20"/>
        </w:rPr>
        <w:t>以下国家列入 A:1 / A:2 / A:3 / A:4 子组，但不属于 A:5 也不属于 A:6；对 EAR 多数豁免（如 STA、GOV、ENC）通常不享受与美国盟国同等待遇。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6120"/>
        <w:gridCol w:w="6120"/>
      </w:tblGrid>
      <w:tr>
        <w:tc>
          <w:tcPr>
            <w:tcW w:type="dxa" w:w="6120"/>
          </w:tcPr>
          <w:p>
            <w:r>
              <w:rPr>
                <w:b/>
                <w:sz w:val="20"/>
              </w:rPr>
              <w:t>国家</w:t>
            </w:r>
          </w:p>
        </w:tc>
        <w:tc>
          <w:tcPr>
            <w:tcW w:type="dxa" w:w="6120"/>
          </w:tcPr>
          <w:p>
            <w:r>
              <w:rPr>
                <w:b/>
                <w:sz w:val="20"/>
              </w:rPr>
              <w:t>所在子组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Brazil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A:2, A:4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Kazakhstan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A:4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Serbia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A:4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Ukraine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A:2, A:3, A:4</w:t>
            </w:r>
          </w:p>
        </w:tc>
      </w:tr>
      <w:tr>
        <w:tc>
          <w:tcPr>
            <w:tcW w:type="dxa" w:w="6120"/>
          </w:tcPr>
          <w:p>
            <w:r>
              <w:rPr>
                <w:sz w:val="20"/>
              </w:rPr>
              <w:t>United States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A:1, A:2, A:3, A:4</w:t>
            </w:r>
          </w:p>
        </w:tc>
      </w:tr>
    </w:tbl>
    <w:p/>
    <w:p>
      <w:pPr>
        <w:pStyle w:val="Heading1"/>
      </w:pPr>
      <w:r>
        <w:t>只在 A:6 的国家（不在 A:5，也不在 A:1–A:4）— 4 国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060"/>
        <w:gridCol w:w="3060"/>
        <w:gridCol w:w="3060"/>
        <w:gridCol w:w="3060"/>
      </w:tblGrid>
      <w:tr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1. Albania</w:t>
            </w:r>
          </w:p>
        </w:tc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2. Israel</w:t>
            </w:r>
          </w:p>
        </w:tc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3. Singapore</w:t>
            </w:r>
          </w:p>
        </w:tc>
        <w:tc>
          <w:tcPr>
            <w:tcW w:type="dxa" w:w="3060"/>
            <w:shd w:val="clear" w:color="auto" w:fill="FFF4E6"/>
          </w:tcPr>
          <w:p>
            <w:r>
              <w:rPr>
                <w:sz w:val="20"/>
              </w:rPr>
              <w:t>4. Taiwan</w:t>
            </w:r>
          </w:p>
        </w:tc>
      </w:tr>
    </w:tbl>
    <w:p/>
    <w:p>
      <w:pPr>
        <w:pStyle w:val="Heading1"/>
      </w:pPr>
      <w:r>
        <w:t>同时列入 A 组与 D 组的国家 — 3 国</w:t>
      </w:r>
    </w:p>
    <w:p>
      <w:r>
        <w:rPr>
          <w:sz w:val="20"/>
        </w:rPr>
        <w:t>以下国家既属于 Country Group A（Wassenaar / MTCR / Australia Group / Nuclear Suppliers 等多边机制成员或视为盟友），又在 Country Group D 中受国家安全、核、化学/生物或武器禁运管控。对这些国家出口需结合两组的管控要求。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080"/>
        <w:gridCol w:w="4080"/>
        <w:gridCol w:w="4080"/>
      </w:tblGrid>
      <w:tr>
        <w:tc>
          <w:tcPr>
            <w:tcW w:type="dxa" w:w="4080"/>
          </w:tcPr>
          <w:p>
            <w:r>
              <w:rPr>
                <w:b/>
                <w:sz w:val="20"/>
              </w:rPr>
              <w:t>国家</w:t>
            </w:r>
          </w:p>
        </w:tc>
        <w:tc>
          <w:tcPr>
            <w:tcW w:type="dxa" w:w="4080"/>
          </w:tcPr>
          <w:p>
            <w:r>
              <w:rPr>
                <w:b/>
                <w:sz w:val="20"/>
              </w:rPr>
              <w:t>A 组子组</w:t>
            </w:r>
          </w:p>
        </w:tc>
        <w:tc>
          <w:tcPr>
            <w:tcW w:type="dxa" w:w="4080"/>
          </w:tcPr>
          <w:p>
            <w:r>
              <w:rPr>
                <w:b/>
                <w:sz w:val="20"/>
              </w:rPr>
              <w:t>D 组子组</w:t>
            </w:r>
          </w:p>
        </w:tc>
      </w:tr>
      <w:tr>
        <w:tc>
          <w:tcPr>
            <w:tcW w:type="dxa" w:w="4080"/>
            <w:shd w:val="clear" w:color="auto" w:fill="FCE4D6"/>
          </w:tcPr>
          <w:p>
            <w:r>
              <w:rPr>
                <w:b/>
                <w:sz w:val="20"/>
              </w:rPr>
              <w:t>Israel</w:t>
            </w:r>
          </w:p>
        </w:tc>
        <w:tc>
          <w:tcPr>
            <w:tcW w:type="dxa" w:w="4080"/>
            <w:shd w:val="clear" w:color="auto" w:fill="FCE4D6"/>
          </w:tcPr>
          <w:p>
            <w:r>
              <w:rPr>
                <w:sz w:val="20"/>
              </w:rPr>
              <w:t>A:6</w:t>
            </w:r>
          </w:p>
        </w:tc>
        <w:tc>
          <w:tcPr>
            <w:tcW w:type="dxa" w:w="4080"/>
            <w:shd w:val="clear" w:color="auto" w:fill="FCE4D6"/>
          </w:tcPr>
          <w:p>
            <w:r>
              <w:rPr>
                <w:sz w:val="20"/>
              </w:rPr>
              <w:t>D:2, D:3, D:4</w:t>
            </w:r>
          </w:p>
        </w:tc>
      </w:tr>
      <w:tr>
        <w:tc>
          <w:tcPr>
            <w:tcW w:type="dxa" w:w="4080"/>
            <w:shd w:val="clear" w:color="auto" w:fill="FCE4D6"/>
          </w:tcPr>
          <w:p>
            <w:r>
              <w:rPr>
                <w:b/>
                <w:sz w:val="20"/>
              </w:rPr>
              <w:t>Kazakhstan</w:t>
            </w:r>
          </w:p>
        </w:tc>
        <w:tc>
          <w:tcPr>
            <w:tcW w:type="dxa" w:w="4080"/>
            <w:shd w:val="clear" w:color="auto" w:fill="FCE4D6"/>
          </w:tcPr>
          <w:p>
            <w:r>
              <w:rPr>
                <w:sz w:val="20"/>
              </w:rPr>
              <w:t>A:4</w:t>
            </w:r>
          </w:p>
        </w:tc>
        <w:tc>
          <w:tcPr>
            <w:tcW w:type="dxa" w:w="4080"/>
            <w:shd w:val="clear" w:color="auto" w:fill="FCE4D6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4080"/>
            <w:shd w:val="clear" w:color="auto" w:fill="FCE4D6"/>
          </w:tcPr>
          <w:p>
            <w:r>
              <w:rPr>
                <w:b/>
                <w:sz w:val="20"/>
              </w:rPr>
              <w:t>Taiwan</w:t>
            </w:r>
          </w:p>
        </w:tc>
        <w:tc>
          <w:tcPr>
            <w:tcW w:type="dxa" w:w="4080"/>
            <w:shd w:val="clear" w:color="auto" w:fill="FCE4D6"/>
          </w:tcPr>
          <w:p>
            <w:r>
              <w:rPr>
                <w:sz w:val="20"/>
              </w:rPr>
              <w:t>A:6</w:t>
            </w:r>
          </w:p>
        </w:tc>
        <w:tc>
          <w:tcPr>
            <w:tcW w:type="dxa" w:w="4080"/>
            <w:shd w:val="clear" w:color="auto" w:fill="FCE4D6"/>
          </w:tcPr>
          <w:p>
            <w:r>
              <w:rPr>
                <w:sz w:val="20"/>
              </w:rPr>
              <w:t>D:3</w:t>
            </w:r>
          </w:p>
        </w:tc>
      </w:tr>
    </w:tbl>
    <w:p/>
    <w:p>
      <w:pPr>
        <w:pStyle w:val="Heading1"/>
      </w:pPr>
      <w:r>
        <w:t>Country Group D:5（美国武器禁运）— 22 国</w:t>
      </w:r>
    </w:p>
    <w:p>
      <w:r>
        <w:rPr>
          <w:sz w:val="20"/>
        </w:rPr>
        <w:t>D:5 子组是 EAR 中受美国武器禁运（ITAR 关联）的目的地；向这些国家出口受 USML 物项及 22 CFR 126.1 限制。以 State Department Federal Register 通知的最新名单为准。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060"/>
        <w:gridCol w:w="3060"/>
        <w:gridCol w:w="3060"/>
        <w:gridCol w:w="3060"/>
      </w:tblGrid>
      <w:tr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1. Afghanistan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2. Belarus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3. Burma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4. Central African Republic</w:t>
            </w:r>
          </w:p>
        </w:tc>
      </w:tr>
      <w:tr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5. China (PRC)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6. Congo (Democratic Republic of)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7. Cuba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8. Eritrea</w:t>
            </w:r>
          </w:p>
        </w:tc>
      </w:tr>
      <w:tr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9. Haiti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10. Iran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11. Iraq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12. Korea, North</w:t>
            </w:r>
          </w:p>
        </w:tc>
      </w:tr>
      <w:tr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13. Lebanon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14. Libya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15. Nicaragua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16. Russia</w:t>
            </w:r>
          </w:p>
        </w:tc>
      </w:tr>
      <w:tr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17. Somalia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18. South Sudan, Republic of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19. Sudan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20. Syria</w:t>
            </w:r>
          </w:p>
        </w:tc>
      </w:tr>
      <w:tr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21. Venezuela</w:t>
            </w:r>
          </w:p>
        </w:tc>
        <w:tc>
          <w:tcPr>
            <w:tcW w:type="dxa" w:w="3060"/>
            <w:shd w:val="clear" w:color="auto" w:fill="F8CBAD"/>
          </w:tcPr>
          <w:p>
            <w:r>
              <w:rPr>
                <w:b/>
                <w:sz w:val="20"/>
              </w:rPr>
              <w:t>22. Zimbabwe</w:t>
            </w:r>
          </w:p>
        </w:tc>
        <w:tc>
          <w:tcPr>
            <w:tcW w:type="dxa" w:w="3060"/>
          </w:tcPr>
          <w:p/>
        </w:tc>
        <w:tc>
          <w:tcPr>
            <w:tcW w:type="dxa" w:w="3060"/>
          </w:tcPr>
          <w:p/>
        </w:tc>
      </w:tr>
    </w:tbl>
    <w:p/>
    <w:p>
      <w:pPr>
        <w:pStyle w:val="Heading1"/>
      </w:pPr>
      <w:r>
        <w:t>只在 D:1–D:4 的国家（不在 D:5）— 25 国</w:t>
      </w:r>
    </w:p>
    <w:p>
      <w:r>
        <w:rPr>
          <w:sz w:val="20"/>
        </w:rPr>
        <w:t>以下国家列入 D 组（国家安全/核/化学/生物/导弹技术），但不在 D:5，即不享受 ITAR 武器禁运；对它们的管控侧重国家安全、核不扩散、化学/生物或导弹技术。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6120"/>
        <w:gridCol w:w="6120"/>
      </w:tblGrid>
      <w:tr>
        <w:tc>
          <w:tcPr>
            <w:tcW w:type="dxa" w:w="6120"/>
          </w:tcPr>
          <w:p>
            <w:r>
              <w:rPr>
                <w:b/>
                <w:sz w:val="20"/>
              </w:rPr>
              <w:t>国家</w:t>
            </w:r>
          </w:p>
        </w:tc>
        <w:tc>
          <w:tcPr>
            <w:tcW w:type="dxa" w:w="6120"/>
          </w:tcPr>
          <w:p>
            <w:r>
              <w:rPr>
                <w:b/>
                <w:sz w:val="20"/>
              </w:rPr>
              <w:t>所在子组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Armenia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Azerbaijan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Bahrain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Cambodia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Egypt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Georgia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Israel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D:2, D:3, D:4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Jordan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Kazakhstan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Kuwait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Kyrgyzstan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Laos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Macau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D:3, D:4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Moldova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Mongolia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Oman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Pakistan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D:2, D:3, D:4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Qatar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Saudi Arabia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Taiwan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Tajikistan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Turkmenistan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Uzbekistan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Vietnam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</w:t>
            </w:r>
          </w:p>
        </w:tc>
      </w:tr>
      <w:tr>
        <w:tc>
          <w:tcPr>
            <w:tcW w:type="dxa" w:w="6120"/>
            <w:shd w:val="clear" w:color="auto" w:fill="FFF2CC"/>
          </w:tcPr>
          <w:p>
            <w:r>
              <w:rPr>
                <w:b/>
                <w:sz w:val="20"/>
              </w:rPr>
              <w:t>Yemen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D:1, D:3, D:4</w:t>
            </w:r>
          </w:p>
        </w:tc>
      </w:tr>
    </w:tbl>
    <w:p/>
    <w:p>
      <w:pPr>
        <w:pStyle w:val="Heading1"/>
      </w:pPr>
      <w:r>
        <w:t>Country Group B — 173 国（总览）</w:t>
      </w:r>
    </w:p>
    <w:p>
      <w:r>
        <w:rPr>
          <w:sz w:val="20"/>
        </w:rPr>
        <w:t>Country Group B 是 EAR 的"大多数目的地"分组，用于 GBS / LVS 等基于National Security 理由的 License Exception。多数友好国家与中立国家均在此列。完整 173 国清单见本节末。</w:t>
      </w:r>
    </w:p>
    <w:p>
      <w:pPr>
        <w:pStyle w:val="Heading2"/>
      </w:pPr>
      <w:r>
        <w:t>只在 Country Group B（不在 A 也不在 D）— 105 国</w:t>
      </w:r>
    </w:p>
    <w:p>
      <w:r>
        <w:rPr>
          <w:sz w:val="20"/>
        </w:rPr>
        <w:t>以下 105 国仅属 B 组，未列入 A 组的友好子组，也不在 D 组受更严格管控。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  <w:gridCol w:w="2448"/>
      </w:tblGrid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1. Algeria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2. Andorra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3. Angola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4. Antigua and Barbuda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5. Aruba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6. Bangladesh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7. Barbados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8. Belize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9. Benin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10. Bhutan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11. Bolivia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12. Bosnia &amp; Herzegovina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13. Botswana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14. Brunei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15. Burkina Faso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16. Burundi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17. Cameroon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18. Cape Verde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19. Chad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20. Chile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21. Colombia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22. Comoros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23. Congo (Republic of the)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24. Costa Rica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25. Cote d'Ivoire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26. Curaçao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27. Djibouti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28. Dominica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29. Dominican Republic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30. Ecuador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31. El Salvador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32. Equatorial Guinea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33. Eswatini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34. Ethiopia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35. Fiji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36. Gabon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37. Gambia, The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38. Ghana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39. Grenada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40. Guatemala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41. Guinea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42. Guinea-Bissau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43. Guyana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44. Honduras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45. Indonesia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46. Jamaica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47. Kenya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48. Kiribati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49. Kosovo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50. Lesotho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51. Liberia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52. Madagascar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53. Malawi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54. Malaysia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55. Maldives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56. Mali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57. Marshall Islands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58. Mauritania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59. Mauritius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60. Micronesia, Federated States of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61. Monaco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62. Montenegro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63. Morocco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64. Mozambique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65. Namibia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66. Nauru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67. Nepal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68. Niger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69. Nigeria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70. North Macedonia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71. Palau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72. Panama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73. Papua New Guinea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74. Paraguay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75. Peru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76. Philippines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77. Rwanda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78. Saint Kitts &amp; Nevis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79. Saint Lucia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80. Saint Vincent and the Grenadines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81. Samoa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82. San Marino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83. Sao Tome &amp; Principe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84. Senegal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85. Seychelles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86. Sierra Leone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87. Sint Maarten (the Dutch two-fifths of the island of Saint Martin)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88. Solomon Islands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89. Sri Lanka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90. Suriname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91. Tanzania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92. Thailand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93. The Bahamas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94. Timor-Leste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95. Togo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96. Tonga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97. Trinidad &amp; Tobago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98. Tunisia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99. Tuvalu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100. Uganda</w:t>
            </w:r>
          </w:p>
        </w:tc>
      </w:tr>
      <w:tr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101. Uruguay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102. Vanuatu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103. Vatican City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104. Western Sahara</w:t>
            </w:r>
          </w:p>
        </w:tc>
        <w:tc>
          <w:tcPr>
            <w:tcW w:type="dxa" w:w="2448"/>
            <w:shd w:val="clear" w:color="auto" w:fill="E8F4FD"/>
          </w:tcPr>
          <w:p>
            <w:r>
              <w:rPr>
                <w:sz w:val="18"/>
              </w:rPr>
              <w:t>105. Zambia</w:t>
            </w:r>
          </w:p>
        </w:tc>
      </w:tr>
    </w:tbl>
    <w:p/>
    <w:p>
      <w:pPr>
        <w:pStyle w:val="Heading2"/>
      </w:pPr>
      <w:r>
        <w:t>Country Group B ∩ Country Group D（同时在 B 与 D）— 20 国</w:t>
      </w:r>
    </w:p>
    <w:p>
      <w:r>
        <w:rPr>
          <w:sz w:val="20"/>
        </w:rPr>
        <w:t>以下 20 国既属 B 组（享受 GBS / LVS 等 National Security 豁免待遇），又同时在 D 组受国家安全/核/化学/生物/导弹技术管控；对这些国家需综合两组管控要求。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6120"/>
        <w:gridCol w:w="6120"/>
      </w:tblGrid>
      <w:tr>
        <w:tc>
          <w:tcPr>
            <w:tcW w:type="dxa" w:w="6120"/>
          </w:tcPr>
          <w:p>
            <w:r>
              <w:rPr>
                <w:b/>
                <w:sz w:val="20"/>
              </w:rPr>
              <w:t>国家</w:t>
            </w:r>
          </w:p>
        </w:tc>
        <w:tc>
          <w:tcPr>
            <w:tcW w:type="dxa" w:w="6120"/>
          </w:tcPr>
          <w:p>
            <w:r>
              <w:rPr>
                <w:b/>
                <w:sz w:val="20"/>
              </w:rPr>
              <w:t>D 组子组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Afghanistan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D:5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Bahrain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Central African Republic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D:5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Congo (Democratic Republic of)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D:5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Egypt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Eritrea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D:5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Haiti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D:5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Israel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D:2, D:3, D:4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Jordan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Kuwait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Lebanon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D:4, D:5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Oman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Pakistan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D:2, D:3, D:4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Qatar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Saudi Arabia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D:3, D:4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Somalia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D:5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South Sudan, Republic of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D:5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Sudan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D:5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Taiwan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D:3</w:t>
            </w:r>
          </w:p>
        </w:tc>
      </w:tr>
      <w:tr>
        <w:tc>
          <w:tcPr>
            <w:tcW w:type="dxa" w:w="6120"/>
            <w:shd w:val="clear" w:color="auto" w:fill="FCE4D6"/>
          </w:tcPr>
          <w:p>
            <w:r>
              <w:rPr>
                <w:b/>
                <w:sz w:val="20"/>
              </w:rPr>
              <w:t>Zimbabwe</w:t>
            </w:r>
          </w:p>
        </w:tc>
        <w:tc>
          <w:tcPr>
            <w:tcW w:type="dxa" w:w="6120"/>
          </w:tcPr>
          <w:p>
            <w:r>
              <w:rPr>
                <w:sz w:val="20"/>
              </w:rPr>
              <w:t>D:5</w:t>
            </w:r>
          </w:p>
        </w:tc>
      </w:tr>
    </w:tbl>
    <w:p/>
    <w:p>
      <w:pPr>
        <w:pStyle w:val="Heading1"/>
      </w:pPr>
      <w:r>
        <w:t>Country Group D 完整清单（BIS 官方 47 国）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rPr>
                <w:b/>
                <w:sz w:val="18"/>
              </w:rPr>
              <w:t>Country</w:t>
            </w:r>
          </w:p>
        </w:tc>
        <w:tc>
          <w:tcPr>
            <w:tcW w:type="dxa" w:w="2040"/>
          </w:tcPr>
          <w:p>
            <w:r>
              <w:rPr>
                <w:b/>
                <w:sz w:val="18"/>
              </w:rPr>
              <w:t>D:1</w:t>
            </w:r>
          </w:p>
        </w:tc>
        <w:tc>
          <w:tcPr>
            <w:tcW w:type="dxa" w:w="2040"/>
          </w:tcPr>
          <w:p>
            <w:r>
              <w:rPr>
                <w:b/>
                <w:sz w:val="18"/>
              </w:rPr>
              <w:t>D:2</w:t>
            </w:r>
          </w:p>
        </w:tc>
        <w:tc>
          <w:tcPr>
            <w:tcW w:type="dxa" w:w="2040"/>
          </w:tcPr>
          <w:p>
            <w:r>
              <w:rPr>
                <w:b/>
                <w:sz w:val="18"/>
              </w:rPr>
              <w:t>D:3</w:t>
            </w:r>
          </w:p>
        </w:tc>
        <w:tc>
          <w:tcPr>
            <w:tcW w:type="dxa" w:w="2040"/>
          </w:tcPr>
          <w:p>
            <w:r>
              <w:rPr>
                <w:b/>
                <w:sz w:val="18"/>
              </w:rPr>
              <w:t>D:4</w:t>
            </w:r>
          </w:p>
        </w:tc>
        <w:tc>
          <w:tcPr>
            <w:tcW w:type="dxa" w:w="2040"/>
          </w:tcPr>
          <w:p>
            <w:r>
              <w:rPr>
                <w:b/>
                <w:sz w:val="18"/>
              </w:rPr>
              <w:t>D:5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Afghanistan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Armenia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Azerbaijan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Bahrain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Belarus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Burma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Cambodia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Central African Republic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China (PRC)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Congo (Democratic Republic of)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Cuba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Egypt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Eritrea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Georgia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Haiti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Iran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Iraq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Israel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Jordan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Kazakhstan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Korea, North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Kuwait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Kyrgyzstan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Laos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Lebanon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Libya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Macau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Moldova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Mongolia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Nicaragua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Oman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Pakistan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Qatar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Russia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Saudi Arabia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Somalia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South Sudan, Republic of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Sudan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Syria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Taiwan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Tajikistan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Turkmenistan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Uzbekistan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Venezuela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Vietnam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Yemen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2040"/>
            <w:shd w:val="clear" w:color="auto" w:fill="FFF2CC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2040"/>
          </w:tcPr>
          <w:p>
            <w:pPr>
              <w:jc w:val="left"/>
            </w:pPr>
            <w:r>
              <w:rPr>
                <w:b/>
                <w:sz w:val="18"/>
              </w:rPr>
              <w:t>Zimbabwe</w:t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040"/>
            <w:shd w:val="clear" w:color="auto" w:fill="F8CBAD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</w:tr>
    </w:tbl>
    <w:p/>
    <w:p>
      <w:pPr>
        <w:pStyle w:val="Heading1"/>
      </w:pPr>
      <w:r>
        <w:t>Country Group B 完整清单（BIS 官方 173 国）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060"/>
        <w:gridCol w:w="3060"/>
        <w:gridCol w:w="3060"/>
        <w:gridCol w:w="3060"/>
      </w:tblGrid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1. Afghanistan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2. Albania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3. Algeria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4. Andorra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5. Angola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6. Antigua and Barbuda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7. Argentina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8. Aruba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9. Australia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10. Austria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11. Bahrain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12. Bangladesh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13. Barbados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14. Belgium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15. Belize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16. Benin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17. Bhutan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18. Bolivia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19. Bosnia &amp; Herzegovina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20. Botswana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21. Brazil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22. Brunei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23. Bulgaria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24. Burkina Faso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25. Burundi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26. Cameroon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27. Canada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28. Cape Verde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29. Central African Republic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30. Chad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31. Chile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32. Colombia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33. Comoros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34. Congo (Democratic Republic of)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35. Congo (Republic of the)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36. Costa Rica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37. Cote d'Ivoire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38. Croatia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39. Curaçao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40. Cyprus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41. Czech Republic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42. Denmark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43. Djibouti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44. Dominica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45. Dominican Republic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46. Ecuador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47. Egypt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48. El Salvador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49. Equatorial Guinea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50. Eritrea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51. Estonia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52. Eswatini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53. Ethiopia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54. Fiji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55. Finland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56. France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57. Gabon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58. Gambia, The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59. Germany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60. Ghana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61. Greece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62. Grenada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63. Guatemala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64. Guinea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65. Guinea-Bissau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66. Guyana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67. Haiti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68. Honduras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69. Hungary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70. Iceland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71. India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72. Indonesia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73. Ireland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74. Israel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75. Italy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76. Jamaica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77. Japan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78. Jordan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79. Kenya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80. Kiribati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81. Korea, South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82. Kosovo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83. Kuwait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84. Latvia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85. Lebanon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86. Lesotho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87. Liberia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88. Lithuania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89. Luxembourg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90. Madagascar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91. Malawi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92. Malaysia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93. Maldives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94. Mali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95. Malta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96. Marshall Islands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97. Mauritania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98. Mauritius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99. Mexico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100. Micronesia, Federated States of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101. Monaco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102. Montenegro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103. Morocco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104. Mozambique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105. Namibia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106. Nauru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107. Nepal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108. Netherlands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109. New Zealand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110. Niger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111. Nigeria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112. North Macedonia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113. Norway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114. Oman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115. Pakistan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116. Palau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117. Panama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118. Papua New Guinea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119. Paraguay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120. Peru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121. Philippines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122. Poland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123. Portugal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124. Qatar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125. Romania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126. Rwanda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127. Saint Kitts &amp; Nevis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128. Saint Lucia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129. Saint Vincent and the Grenadines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130. Samoa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131. San Marino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132. Sao Tome &amp; Principe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133. Saudi Arabia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134. Senegal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135. Serbia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136. Seychelles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137. Sierra Leone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138. Singapore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139. Sint Maarten (the Dutch two-fifths of the island of Saint Martin)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140. Slovakia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141. Slovenia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142. Solomon Islands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143. Somalia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144. South Africa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145. South Sudan, Republic of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146. Spain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147. Sri Lanka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148. Sudan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149. Suriname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150. Sweden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151. Switzerland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152. Taiwan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153. Tanzania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154. Thailand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155. The Bahamas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156. Timor-Leste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157. Togo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158. Tonga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159. Trinidad &amp; Tobago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160. Tunisia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161. Tuvalu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162. Türkiye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163. Uganda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164. Ukraine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165. United Arab Emirates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166. United Kingdom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167. United States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168. Uruguay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169. Vanuatu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170. Vatican City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171. Western Sahara</w:t>
            </w:r>
          </w:p>
        </w:tc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172. Zambia</w:t>
            </w:r>
          </w:p>
        </w:tc>
      </w:tr>
      <w:tr>
        <w:tc>
          <w:tcPr>
            <w:tcW w:type="dxa" w:w="3060"/>
            <w:shd w:val="clear" w:color="auto" w:fill="E8F4FD"/>
          </w:tcPr>
          <w:p>
            <w:r>
              <w:rPr>
                <w:sz w:val="18"/>
              </w:rPr>
              <w:t>173. Zimbabwe</w:t>
            </w:r>
          </w:p>
        </w:tc>
        <w:tc>
          <w:tcPr>
            <w:tcW w:type="dxa" w:w="3060"/>
          </w:tcPr>
          <w:p/>
        </w:tc>
        <w:tc>
          <w:tcPr>
            <w:tcW w:type="dxa" w:w="3060"/>
          </w:tcPr>
          <w:p/>
        </w:tc>
        <w:tc>
          <w:tcPr>
            <w:tcW w:type="dxa" w:w="3060"/>
          </w:tcPr>
          <w:p/>
        </w:tc>
      </w:tr>
    </w:tbl>
    <w:p/>
    <w:p>
      <w:pPr>
        <w:pStyle w:val="Heading1"/>
      </w:pPr>
      <w:r>
        <w:t>完整 A 组表格（A:1 – A:6 全列）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49"/>
        <w:gridCol w:w="1749"/>
        <w:gridCol w:w="1749"/>
        <w:gridCol w:w="1749"/>
        <w:gridCol w:w="1749"/>
        <w:gridCol w:w="1749"/>
        <w:gridCol w:w="1749"/>
      </w:tblGrid>
      <w:tr>
        <w:tc>
          <w:tcPr>
            <w:tcW w:type="dxa" w:w="1749"/>
          </w:tcPr>
          <w:p>
            <w:r>
              <w:rPr>
                <w:b/>
                <w:sz w:val="18"/>
              </w:rPr>
              <w:t>Country</w:t>
            </w:r>
          </w:p>
        </w:tc>
        <w:tc>
          <w:tcPr>
            <w:tcW w:type="dxa" w:w="1749"/>
          </w:tcPr>
          <w:p>
            <w:r>
              <w:rPr>
                <w:b/>
                <w:sz w:val="18"/>
              </w:rPr>
              <w:t>A:1</w:t>
              <w:br/>
              <w:t>Wassenaar</w:t>
            </w:r>
          </w:p>
        </w:tc>
        <w:tc>
          <w:tcPr>
            <w:tcW w:type="dxa" w:w="1749"/>
          </w:tcPr>
          <w:p>
            <w:r>
              <w:rPr>
                <w:b/>
                <w:sz w:val="18"/>
              </w:rPr>
              <w:t>A:2</w:t>
              <w:br/>
              <w:t>MTCR</w:t>
            </w:r>
          </w:p>
        </w:tc>
        <w:tc>
          <w:tcPr>
            <w:tcW w:type="dxa" w:w="1749"/>
          </w:tcPr>
          <w:p>
            <w:r>
              <w:rPr>
                <w:b/>
                <w:sz w:val="18"/>
              </w:rPr>
              <w:t>A:3</w:t>
              <w:br/>
              <w:t>Australia Group</w:t>
            </w:r>
          </w:p>
        </w:tc>
        <w:tc>
          <w:tcPr>
            <w:tcW w:type="dxa" w:w="1749"/>
          </w:tcPr>
          <w:p>
            <w:r>
              <w:rPr>
                <w:b/>
                <w:sz w:val="18"/>
              </w:rPr>
              <w:t>A:4</w:t>
              <w:br/>
              <w:t>Nuclear Suppliers</w:t>
            </w:r>
          </w:p>
        </w:tc>
        <w:tc>
          <w:tcPr>
            <w:tcW w:type="dxa" w:w="1749"/>
          </w:tcPr>
          <w:p>
            <w:r>
              <w:rPr>
                <w:b/>
                <w:sz w:val="18"/>
              </w:rPr>
              <w:t>A:5</w:t>
            </w:r>
          </w:p>
        </w:tc>
        <w:tc>
          <w:tcPr>
            <w:tcW w:type="dxa" w:w="1749"/>
          </w:tcPr>
          <w:p>
            <w:r>
              <w:rPr>
                <w:b/>
                <w:sz w:val="18"/>
              </w:rPr>
              <w:t>A:6</w:t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Albania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  <w:shd w:val="clear" w:color="auto" w:fill="FFF4E6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Argentina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Australia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Austria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Belgium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Brazil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Bulgaria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Canada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Croatia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Cyprus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  <w:shd w:val="clear" w:color="auto" w:fill="FFF4E6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Czech Republic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Denmark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Estonia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Finland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France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Germany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Greece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Hungary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Iceland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India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Ireland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Israel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  <w:shd w:val="clear" w:color="auto" w:fill="FFF4E6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Italy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Japan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Kazakhstan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Korea, South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Latvia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Lithuania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Luxembourg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Malta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  <w:shd w:val="clear" w:color="auto" w:fill="FFF4E6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Mexico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  <w:shd w:val="clear" w:color="auto" w:fill="FFF4E6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Netherlands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New Zealand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Norway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Poland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Portugal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Romania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Serbia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Singapore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  <w:shd w:val="clear" w:color="auto" w:fill="FFF4E6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Slovakia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Slovenia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South Africa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  <w:shd w:val="clear" w:color="auto" w:fill="FFF4E6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Spain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Sweden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Switzerland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Taiwan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  <w:shd w:val="clear" w:color="auto" w:fill="FFF4E6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Türkiye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Ukraine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United Arab Emirates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United Kingdom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  <w:shd w:val="clear" w:color="auto" w:fill="E8F4FD"/>
          </w:tcPr>
          <w:p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  <w:tr>
        <w:tc>
          <w:tcPr>
            <w:tcW w:type="dxa" w:w="1749"/>
          </w:tcPr>
          <w:p>
            <w:pPr>
              <w:jc w:val="left"/>
            </w:pPr>
            <w:r>
              <w:rPr>
                <w:sz w:val="18"/>
              </w:rPr>
              <w:t>United States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749"/>
          </w:tcPr>
          <w:p>
            <w:pPr>
              <w:jc w:val="center"/>
            </w:pPr>
            <w:r>
              <w:rPr>
                <w:sz w:val="18"/>
              </w:rPr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